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הפתק שלא נשלח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למי כתב אביב פתק? · </w:t>
      </w:r>
      <w:r>
        <w:rPr>
          <w:rFonts w:ascii="Arial" w:hAnsi="Arial" w:cs="Arial"/>
          <w:b w:val="0"/>
          <w:sz w:val="22"/>
          <w:rtl w:val="1"/>
          <w:szCs w:val="22"/>
        </w:rPr>
        <w:t>לנגה.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מי ידע על הסוד? · </w:t>
      </w:r>
      <w:r>
        <w:rPr>
          <w:rFonts w:ascii="Arial" w:hAnsi="Arial" w:cs="Arial"/>
          <w:b w:val="0"/>
          <w:sz w:val="22"/>
          <w:rtl w:val="1"/>
          <w:szCs w:val="22"/>
        </w:rPr>
        <w:t>דניאל.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את מי ראה אביב עם נגה? · </w:t>
      </w:r>
      <w:r>
        <w:rPr>
          <w:rFonts w:ascii="Arial" w:hAnsi="Arial" w:cs="Arial"/>
          <w:b w:val="0"/>
          <w:sz w:val="22"/>
          <w:rtl w:val="1"/>
          <w:szCs w:val="22"/>
        </w:rPr>
        <w:t>את עידן.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כמה זמן כתב אביב את הפתק? · </w:t>
      </w:r>
      <w:r>
        <w:rPr>
          <w:rFonts w:ascii="Arial" w:hAnsi="Arial" w:cs="Arial"/>
          <w:b w:val="0"/>
          <w:sz w:val="22"/>
          <w:rtl w:val="1"/>
          <w:szCs w:val="22"/>
        </w:rPr>
        <w:t>ב. שלושה חודשים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הפחיד את אביב? · </w:t>
      </w:r>
      <w:r>
        <w:rPr>
          <w:rFonts w:ascii="Arial" w:hAnsi="Arial" w:cs="Arial"/>
          <w:b w:val="0"/>
          <w:sz w:val="22"/>
          <w:rtl w:val="1"/>
          <w:szCs w:val="22"/>
        </w:rPr>
        <w:t>ג. שנגה תראה את הפתק לחברות וכולן יצחקו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אמר דניאל באוטובוס? · </w:t>
      </w:r>
      <w:r>
        <w:rPr>
          <w:rFonts w:ascii="Arial" w:hAnsi="Arial" w:cs="Arial"/>
          <w:b w:val="0"/>
          <w:sz w:val="22"/>
          <w:rtl w:val="1"/>
          <w:szCs w:val="22"/>
        </w:rPr>
        <w:t>היא בחרה אחרת, וזה מותר לה.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איפה שמר אביב את הפתק? · </w:t>
      </w:r>
      <w:r>
        <w:rPr>
          <w:rFonts w:ascii="Arial" w:hAnsi="Arial" w:cs="Arial"/>
          <w:b w:val="0"/>
          <w:sz w:val="22"/>
          <w:rtl w:val="1"/>
          <w:szCs w:val="22"/>
        </w:rPr>
        <w:t>בקופסה של דברים חשובים.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💌 הפתק שלא נשלח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💌 הפתק שלא נשלח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אביב כתב פתק לנגה במשך שלושה חודשים. בפתק כתב שהיא מיוחדת, ושאפשר לשבת יחד בטיול.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רק דניאל, החבר הכי טוב של אביב, ידע על הפתק. דניאל אמר: ״תן לה כבר!״ אבל אביב פחד שיצחקו עליו.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ביום שלפני הטיול אביב רצה לתת את הפתק. אבל הוא ראה את נגה עם עידן. הוא הבין שהיא בחרה מישהו אחר. היה לו עצוב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באוטובוס דניאל ישב לידו ואמר: ״זה לא אומר שאתה לא שווה. היא בחרה אחרת, וזה מותר לה.״ אביב צחק בפעם הראשונה.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אביב לא זרק את הפתק. הוא שמר אותו בקופסה של דברים חשובים.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פעם (הלב) – דפק, הלם · מרתון – ריצה ארוכה מאוד · להתבייש – להרגיש מבוכה · מקופל – שקיפלו אותו כדי שיהיה קטן · צביטה – כאב קטן ופתאומי (כאן: בלב) · לשלוף – להוציא מהר · מדורה – אש גדולה שמדליקים בחוץ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פתק     דניאל     עידן     בחרה     קופסה     עצוב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למי כתב אביב פתק?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מי ידע על הסוד?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את מי ראה אביב עם נגה?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זמן כתב אביב את הפתק?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שבוע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שלושה חודשים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שנה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הפחיד את אביב?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שנגה תעבור כיתה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שהמורה תמצא את הפתק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שנגה תראה את הפתק לחברות וכולן יצחקו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אמר דניאל באוטובוס?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שמר אביב את הפתק?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״הפתק שלא נשלח״?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הפתק שלא נשלח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הפתק שלא נשלח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