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הפתק שלא נשלח</w:t>
      </w:r>
    </w:p>
    <w:p>
      <w:pPr>
        <w:bidi w:val="1"/>
        <w:spacing w:after="40" w:before="0"/>
      </w:pPr>
      <w:r>
        <w:rPr>
          <w:rFonts w:ascii="Arial" w:hAnsi="Arial" w:cs="Arial"/>
          <w:b w:val="0"/>
          <w:color w:val="5D5675"/>
          <w:sz w:val="18"/>
          <w:rtl w:val="1"/>
          <w:szCs w:val="18"/>
        </w:rPr>
        <w:t>סיפור קצר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היה כתוב בפתק של אביב (פסקה א׳)? · </w:t>
      </w:r>
      <w:r>
        <w:rPr>
          <w:rFonts w:ascii="Arial" w:hAnsi="Arial" w:cs="Arial"/>
          <w:b w:val="0"/>
          <w:sz w:val="17"/>
          <w:rtl w:val="1"/>
          <w:szCs w:val="17"/>
        </w:rPr>
        <w:t>״אני חושב שאת מיוחדת. אם תרצי, אפשר לשבת יחד בטיול השנתי.״</w:t>
      </w:r>
    </w:p>
    <w:p>
      <w:pPr>
        <w:bidi w:val="1"/>
        <w:spacing w:after="40" w:before="0"/>
      </w:pPr>
      <w:r>
        <w:rPr>
          <w:rFonts w:ascii="Arial" w:hAnsi="Arial" w:cs="Arial"/>
          <w:b/>
          <w:color w:val="C2417A"/>
          <w:sz w:val="17"/>
          <w:rtl w:val="1"/>
          <w:szCs w:val="17"/>
          <w:bCs/>
        </w:rPr>
        <w:t xml:space="preserve">2. ציינו שני דברים שאביב אהב בנגה (פסקה ב׳). · </w:t>
      </w:r>
      <w:r>
        <w:rPr>
          <w:rFonts w:ascii="Arial" w:hAnsi="Arial" w:cs="Arial"/>
          <w:b w:val="0"/>
          <w:sz w:val="17"/>
          <w:rtl w:val="1"/>
          <w:szCs w:val="17"/>
        </w:rPr>
        <w:t>צחקה בקול בלי להתבייש; התווכחה עם המורה ויצאה עם חיוך; החדר נהיה מואר כשנכנסה.</w:t>
      </w:r>
    </w:p>
    <w:p>
      <w:pPr>
        <w:bidi w:val="1"/>
        <w:spacing w:after="40" w:before="0"/>
      </w:pPr>
      <w:r>
        <w:rPr>
          <w:rFonts w:ascii="Arial" w:hAnsi="Arial" w:cs="Arial"/>
          <w:b/>
          <w:color w:val="C2417A"/>
          <w:sz w:val="17"/>
          <w:rtl w:val="1"/>
          <w:szCs w:val="17"/>
          <w:bCs/>
        </w:rPr>
        <w:t xml:space="preserve">3. מה שמר אביב בקופסה הקטנה מלבד הפתק (פסקה ח׳)? · </w:t>
      </w:r>
      <w:r>
        <w:rPr>
          <w:rFonts w:ascii="Arial" w:hAnsi="Arial" w:cs="Arial"/>
          <w:b w:val="0"/>
          <w:sz w:val="17"/>
          <w:rtl w:val="1"/>
          <w:szCs w:val="17"/>
        </w:rPr>
        <w:t>כרטיס מהופעה ראשונה, אבן מהים, תמונה עם סבא.</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אמר אביב לאמו שהוא חולה (פסקה ה׳)? מה אפשר להסיק מכך על הדרך שבה הוא מתמודד עם רגשותיו? · </w:t>
      </w:r>
      <w:r>
        <w:rPr>
          <w:rFonts w:ascii="Arial" w:hAnsi="Arial" w:cs="Arial"/>
          <w:b w:val="0"/>
          <w:sz w:val="17"/>
          <w:rtl w:val="1"/>
          <w:szCs w:val="17"/>
        </w:rPr>
        <w:t>כי היה קל יותר מלהסביר את מה שהרגיש; הוא מתבייש או מתקשה לדבר על רגשות ומעדיף להסתיר אותם.</w:t>
      </w:r>
    </w:p>
    <w:p>
      <w:pPr>
        <w:bidi w:val="1"/>
        <w:spacing w:after="40" w:before="0"/>
      </w:pPr>
      <w:r>
        <w:rPr>
          <w:rFonts w:ascii="Arial" w:hAnsi="Arial" w:cs="Arial"/>
          <w:b/>
          <w:color w:val="C2417A"/>
          <w:sz w:val="17"/>
          <w:rtl w:val="1"/>
          <w:szCs w:val="17"/>
          <w:bCs/>
        </w:rPr>
        <w:t xml:space="preserve">5. (השוואה) השוו בין התגובה של אביב ביום שראה את נגה ועידן לבין מצבו בערב ליד המדורה. מה השתנה ומה נשאר? · </w:t>
      </w:r>
      <w:r>
        <w:rPr>
          <w:rFonts w:ascii="Arial" w:hAnsi="Arial" w:cs="Arial"/>
          <w:b w:val="0"/>
          <w:sz w:val="17"/>
          <w:rtl w:val="1"/>
          <w:szCs w:val="17"/>
        </w:rPr>
        <w:t>ביום – בריחה, הסתרה, כאב חזק (לא אכל). בערב – עדיין צביטה, אבל הוא מצליח לשים לב גם לדברים טובים: כוכבים, שירה, חברות. הכאב נשאר אך פינה מקום לנחמה.</w:t>
      </w:r>
    </w:p>
    <w:p>
      <w:pPr>
        <w:bidi w:val="1"/>
        <w:spacing w:after="40" w:before="0"/>
      </w:pPr>
      <w:r>
        <w:rPr>
          <w:rFonts w:ascii="Arial" w:hAnsi="Arial" w:cs="Arial"/>
          <w:b/>
          <w:color w:val="C2417A"/>
          <w:sz w:val="17"/>
          <w:rtl w:val="1"/>
          <w:szCs w:val="17"/>
          <w:bCs/>
        </w:rPr>
        <w:t xml:space="preserve">6. (מונח) המונח ״אינטליגנציה רגשית״ פירושו היכולת לזהות רגשות, לכבד אותם ולהגיב אליהם בתבונה. הסבירו כיצד דניאל מפגין אינטליגנציה רגשית באוטובוס. · </w:t>
      </w:r>
      <w:r>
        <w:rPr>
          <w:rFonts w:ascii="Arial" w:hAnsi="Arial" w:cs="Arial"/>
          <w:b w:val="0"/>
          <w:sz w:val="17"/>
          <w:rtl w:val="1"/>
          <w:szCs w:val="17"/>
        </w:rPr>
        <w:t>הוא לא שואל ולא לוחץ, יושב בשקט; מכיר בכאב (״ברור שזה כואב״); מכבד את בחירתה של נגה; מחזק את ערכו של אביב; מכניס הומור עדין (החטיפים).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אביב לא שלח את הפתק. יש האומרים שהיה צריך להעז ולתת אותו בכל מקרה, ויש האומרים שעשה נכון כשוויתר. באיזו עמדה אתם תומכים? נמקו, והסתמכו על פרט אחד לפחות מן הסיפור. · </w:t>
      </w:r>
      <w:r>
        <w:rPr>
          <w:rFonts w:ascii="Arial" w:hAnsi="Arial" w:cs="Arial"/>
          <w:b w:val="0"/>
          <w:sz w:val="17"/>
          <w:rtl w:val="1"/>
          <w:szCs w:val="17"/>
        </w:rPr>
        <w:t>תשובה פתוחה: עמדה + נימוק + ראיה (הפחד מהלעג, הבחירה של נגה, ״לפחות הרגשתי משהו אמיתי״).</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את הסיפור מנקודת המבט של דניאל: מה ראה ליד הלוקרים, ומה חשב באוטובוס (8–10 שורות). · </w:t>
      </w:r>
      <w:r>
        <w:rPr>
          <w:rFonts w:ascii="Arial" w:hAnsi="Arial" w:cs="Arial"/>
          <w:b w:val="0"/>
          <w:sz w:val="17"/>
          <w:rtl w:val="1"/>
          <w:szCs w:val="17"/>
        </w:rPr>
        <w:t>גוף ראשון, עקביות עם עלילת הסיפור, ביטוי רגשות, פרטים מן הסיפור.</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הפתק שלא נשלח</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יש רגשות שקשה לדבר עליהם, במיוחד בגיל 15: התאהבות ראשונה, אכזבה, לב שבור. בסיפור הקצר שלפניכם תפגשו את אביב ואת חברו הטוב. שימו לב איך כל אחד מהם מתמודד עם מה שהוא מרגיש.</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 הפתק שלא נשלח</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במשך שלושה חודשים כתב אביב את אותו פתק. הוא התחיל אותו בשיעור ספרות, מחק בשיעור מתמטיקה, וכתב מחדש בלילה, מתחת לשמיכה, באור של פנס קטן. בפתק לא היה הרבה: ״אני חושב שאת מיוחדת. אם תרצי, אפשר לשבת יחד בטיול השנתי.״ שתי שורות. אבל בכל פעם שקרא אותן, הלב שלו פעם כאילו רץ מרתון.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נגה ישבה שלושה שולחנות לפניו. היא צחקה בקול רם כשמשהו הצחיק אותה, בלי להתבייש, והייתה היחידה שהתווכחה עם המורה להיסטוריה ויצאה מהוויכוח עם חיוך. אביב לא ידע להסביר מה בדיוק מצא בה. הוא רק ידע שכשהיא נכנסה לכיתה, החדר נהיה קצת יותר מואר.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את הסוד ידע רק דניאל, החבר הכי טוב שלו מכיתה א׳. ״תן לה את הפתק כבר,״ אמר לו דניאל בכל הפסקה. ״מה הדבר הכי גרוע שיכול לקרות?״ אביב ידע בדיוק מה הדבר הכי גרוע. הוא דמיין אותו כל לילה: נגה קוראת, מרימה גבה, מראה לחברות שלה, וכולן צוחקות.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ביום שלפני הטיול הוא החליט. הפתק היה מקופל בכיס, הידיים הזיעו, והוא חיכה לה ליד הלוקרים. אבל לפני שהספיק להוציא אותו, ראה אותה מתקרבת – יחד עם עידן מט׳ 4. הם צחקו על משהו, והיא נתנה לו את הכובע שלה להחזיק. אביב לא שמע מה אמרו. הוא רק הבין, בבת אחת, שהמקום בטיול כבר תפוס. הוא הסתובב והלך מהר לשירותים, כדי שאף אחד לא יראה את הפנים שלו.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באותו ערב לא אכל. אמא שלו שאלה אם הוא חולה, והוא אמר שכן, כי זה היה קל יותר מלהסביר. בלילה הוציא את הפתק מהכיס, והחזיק אותו הרבה זמן. הוא רצה לקרוע אותו, ולא הצליח. כאב לו במקום שלא ידע שקיים – לא בבטן ולא בראש, אלא איפשהו באמצע.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למחרת, באוטובוס לטיול, דניאל התיישב לידו בלי לשאול כלום. אחרי חצי שעה של שתיקה, אמר: ״ראיתי אתמול.״ אביב לא ענה. ״אתה יודע,״ המשיך דניאל, ״זה לא אומר שאתה לא שווה משהו. זה רק אומר שהיא בחרה אחרת. זה מותר לה.״ אביב הסתכל מהחלון. ״אני יודע,״ אמר. ״אבל זה עדיין כואב.״ ״ברור שזה כואב,״ אמר דניאל, ושלף מהתיק שקית חטיפים. ״בגלל זה הבאתי חטיפים.״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אביב צחק, לראשונה מאז אתמול. זה לא תיקן הכול. בערב, ליד המדורה, הוא עדיין ראה את נגה ועידן יושבים זה לצד זה, ועדיין הרגיש את הצביטה. אבל הוא גם שם לב לדברים אחרים: לכוכבים שנראו כאן הרבה יותר ברורים מאשר בעיר, לשיר שכולם שרו יחד, ולדניאל שנרדם על הכתף שלו.</w:t>
            </w:r>
          </w:p>
          <w:p>
            <w:pPr>
              <w:bidi w:val="1"/>
            </w:pPr>
            <w:r>
              <w:rPr>
                <w:rFonts w:ascii="Arial" w:hAnsi="Arial" w:cs="Arial"/>
                <w:b/>
                <w:color w:val="7A5BD6"/>
                <w:sz w:val="20"/>
                <w:rtl w:val="1"/>
                <w:szCs w:val="20"/>
                <w:bCs/>
              </w:rPr>
              <w:t xml:space="preserve">ח.  </w:t>
            </w:r>
            <w:r>
              <w:rPr>
                <w:rFonts w:ascii="Arial" w:hAnsi="Arial" w:cs="Arial"/>
                <w:b w:val="0"/>
                <w:sz w:val="20"/>
                <w:rtl w:val="1"/>
                <w:szCs w:val="20"/>
              </w:rPr>
              <w:t>כשחזר הביתה, אביב לא זרק את הפתק. הוא הכניס אותו לקופסה הקטנה שבה שמר דברים חשובים: כרטיס מהופעה ראשונה, אבן מהים, תמונה עם סבא. ״אולי יום אחד אצחק על זה,״ חשב. ״ואולי לא. אבל לפחות הרגשתי משהו אמיתי.״</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פעם (הלב) – דפק, הלם · מרתון – ריצה ארוכה מאוד · להתבייש – להרגיש מבוכה · מקופל – שקיפלו אותו כדי שיהיה קטן · צביטה – כאב קטן ופתאומי (כאן: בלב) · לשלוף – להוציא מהר · מדורה – אש גדולה שמדליקים בחוץ</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היה כתוב בפתק של אביב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שני דברים שאביב אהב בנגה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שמר אביב בקופסה הקטנה מלבד הפתק (פסקה 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אמר אביב לאמו שהוא חולה (פסקה ה׳)? מה אפשר להסיק מכך על הדרך שבה הוא מתמודד עם רגשותיו?</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התגובה של אביב ביום שראה את נגה ועידן לבין מצבו בערב ליד המדורה. מה השתנה ומה נשאר?</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המונח ״אינטליגנציה רגשית״ פירושו היכולת לזהות רגשות, לכבד אותם ולהגיב אליהם בתבונה. הסבירו כיצד דניאל מפגין אינטליגנציה רגשית באוטובוס.</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אביב לא שלח את הפתק. יש האומרים שהיה צריך להעז ולתת אותו בכל מקרה, ויש האומרים שעשה נכון כשוויתר. באיזו עמדה אתם תומכים? נמקו, והסתמכו על פרט אחד לפחות מן הסיפור.</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את הסיפור מנקודת המבט של דניאל: מה ראה ליד הלוקרים, ומה חשב באוטובוס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הפתק שלא נשלח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הפתק שלא נשלח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